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4A0EC" w14:textId="77777777" w:rsidR="003F5DD1" w:rsidRDefault="005D44DB">
      <w:pPr>
        <w:jc w:val="center"/>
      </w:pPr>
      <w:r>
        <w:rPr>
          <w:b/>
          <w:sz w:val="26"/>
        </w:rPr>
        <w:t>CERTIFICADO DE DISPONIBILIDAD PRESUPUESTARIA (CDP)</w:t>
      </w:r>
    </w:p>
    <w:p w14:paraId="7FEE3BEC" w14:textId="77777777" w:rsidR="003F5DD1" w:rsidRDefault="005D44DB">
      <w:pPr>
        <w:jc w:val="center"/>
      </w:pPr>
      <w:r>
        <w:rPr>
          <w:i/>
        </w:rPr>
        <w:t>Subtítulo 31 - Iniciativas de Inversión</w:t>
      </w:r>
    </w:p>
    <w:p w14:paraId="717DC3CB" w14:textId="77777777" w:rsidR="003F5DD1" w:rsidRDefault="005D44DB">
      <w:pPr>
        <w:jc w:val="center"/>
      </w:pPr>
      <w:r>
        <w:rPr>
          <w:color w:val="5A5A5A"/>
          <w:sz w:val="18"/>
        </w:rPr>
        <w:t>Formato base según Instructivo CGR IN4/2026 (uso obligatorio desde 01-03-2026).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3F5DD1" w14:paraId="5B78CD50" w14:textId="77777777">
        <w:tc>
          <w:tcPr>
            <w:tcW w:w="5270" w:type="dxa"/>
          </w:tcPr>
          <w:p w14:paraId="00CD34B7" w14:textId="77777777" w:rsidR="003F5DD1" w:rsidRDefault="005D44DB">
            <w:r>
              <w:t>N° CDP (correlativo anual):</w:t>
            </w:r>
          </w:p>
        </w:tc>
        <w:tc>
          <w:tcPr>
            <w:tcW w:w="5270" w:type="dxa"/>
          </w:tcPr>
          <w:p w14:paraId="5B6C0E98" w14:textId="77777777" w:rsidR="003F5DD1" w:rsidRDefault="005D44DB">
            <w:r>
              <w:t>__________</w:t>
            </w:r>
          </w:p>
        </w:tc>
      </w:tr>
      <w:tr w:rsidR="003F5DD1" w14:paraId="3F87DC63" w14:textId="77777777">
        <w:tc>
          <w:tcPr>
            <w:tcW w:w="5270" w:type="dxa"/>
          </w:tcPr>
          <w:p w14:paraId="4469512D" w14:textId="77777777" w:rsidR="003F5DD1" w:rsidRDefault="005D44DB">
            <w:r>
              <w:t>Fecha de emisión (dd-mm-aaaa):</w:t>
            </w:r>
          </w:p>
        </w:tc>
        <w:tc>
          <w:tcPr>
            <w:tcW w:w="5270" w:type="dxa"/>
          </w:tcPr>
          <w:p w14:paraId="175C0065" w14:textId="77777777" w:rsidR="003F5DD1" w:rsidRDefault="005D44DB">
            <w:r>
              <w:t>____-____-________</w:t>
            </w:r>
          </w:p>
        </w:tc>
      </w:tr>
      <w:tr w:rsidR="003F5DD1" w14:paraId="4E550345" w14:textId="77777777">
        <w:tc>
          <w:tcPr>
            <w:tcW w:w="5270" w:type="dxa"/>
          </w:tcPr>
          <w:p w14:paraId="5A1E968F" w14:textId="77777777" w:rsidR="003F5DD1" w:rsidRDefault="005D44DB">
            <w:r>
              <w:t>Año presupuestario:</w:t>
            </w:r>
          </w:p>
        </w:tc>
        <w:tc>
          <w:tcPr>
            <w:tcW w:w="5270" w:type="dxa"/>
          </w:tcPr>
          <w:p w14:paraId="6282C88F" w14:textId="77777777" w:rsidR="003F5DD1" w:rsidRDefault="005D44DB">
            <w:r>
              <w:t>2026</w:t>
            </w:r>
          </w:p>
        </w:tc>
      </w:tr>
      <w:tr w:rsidR="003F5DD1" w14:paraId="2E2B2F44" w14:textId="77777777">
        <w:tc>
          <w:tcPr>
            <w:tcW w:w="5270" w:type="dxa"/>
          </w:tcPr>
          <w:p w14:paraId="2E6B486E" w14:textId="77777777" w:rsidR="003F5DD1" w:rsidRDefault="005D44DB">
            <w:r>
              <w:t>Entidad:</w:t>
            </w:r>
          </w:p>
        </w:tc>
        <w:tc>
          <w:tcPr>
            <w:tcW w:w="5270" w:type="dxa"/>
          </w:tcPr>
          <w:p w14:paraId="64C6800C" w14:textId="6F030758" w:rsidR="003F5DD1" w:rsidRDefault="005D44DB">
            <w:r>
              <w:t xml:space="preserve">Municipalidad de </w:t>
            </w:r>
            <w:r w:rsidR="009F36E7">
              <w:t>Constitucion</w:t>
            </w:r>
          </w:p>
        </w:tc>
      </w:tr>
      <w:tr w:rsidR="003F5DD1" w14:paraId="61F7BB21" w14:textId="77777777">
        <w:tc>
          <w:tcPr>
            <w:tcW w:w="5270" w:type="dxa"/>
          </w:tcPr>
          <w:p w14:paraId="49C1148D" w14:textId="77777777" w:rsidR="003F5DD1" w:rsidRDefault="005D44DB">
            <w:r>
              <w:t>ID Codificador del Estado (Gobierno Digital):</w:t>
            </w:r>
          </w:p>
        </w:tc>
        <w:tc>
          <w:tcPr>
            <w:tcW w:w="5270" w:type="dxa"/>
          </w:tcPr>
          <w:p w14:paraId="0F3E3EB1" w14:textId="7151660C" w:rsidR="003F5DD1" w:rsidRDefault="005D44DB">
            <w:r>
              <w:t>PE-MUN-002</w:t>
            </w:r>
            <w:r w:rsidR="009F36E7">
              <w:t>8</w:t>
            </w:r>
            <w:r>
              <w:t>8</w:t>
            </w:r>
          </w:p>
        </w:tc>
      </w:tr>
      <w:tr w:rsidR="003F5DD1" w14:paraId="666105FD" w14:textId="77777777">
        <w:tc>
          <w:tcPr>
            <w:tcW w:w="5270" w:type="dxa"/>
          </w:tcPr>
          <w:p w14:paraId="77D2CEFB" w14:textId="77777777" w:rsidR="003F5DD1" w:rsidRDefault="005D44DB">
            <w:r>
              <w:t>Unidad / Departamento solicitante:</w:t>
            </w:r>
          </w:p>
        </w:tc>
        <w:tc>
          <w:tcPr>
            <w:tcW w:w="5270" w:type="dxa"/>
          </w:tcPr>
          <w:p w14:paraId="6D5B65E5" w14:textId="77777777" w:rsidR="003F5DD1" w:rsidRDefault="005D44DB">
            <w:r>
              <w:t>______________________________</w:t>
            </w:r>
          </w:p>
        </w:tc>
      </w:tr>
      <w:tr w:rsidR="003F5DD1" w14:paraId="61C5A332" w14:textId="77777777">
        <w:tc>
          <w:tcPr>
            <w:tcW w:w="5270" w:type="dxa"/>
          </w:tcPr>
          <w:p w14:paraId="332FA83B" w14:textId="77777777" w:rsidR="003F5DD1" w:rsidRDefault="005D44DB">
            <w:r>
              <w:t>Acto administrativo asociado (tipo y N°):</w:t>
            </w:r>
          </w:p>
        </w:tc>
        <w:tc>
          <w:tcPr>
            <w:tcW w:w="5270" w:type="dxa"/>
          </w:tcPr>
          <w:p w14:paraId="4655B9CC" w14:textId="77777777" w:rsidR="003F5DD1" w:rsidRDefault="005D44DB">
            <w:r>
              <w:t>______________________________</w:t>
            </w:r>
          </w:p>
        </w:tc>
      </w:tr>
      <w:tr w:rsidR="003F5DD1" w14:paraId="14019E82" w14:textId="77777777">
        <w:tc>
          <w:tcPr>
            <w:tcW w:w="5270" w:type="dxa"/>
          </w:tcPr>
          <w:p w14:paraId="76129811" w14:textId="77777777" w:rsidR="003F5DD1" w:rsidRDefault="005D44DB">
            <w:r>
              <w:t>Materia / Glosa de la iniciativa:</w:t>
            </w:r>
          </w:p>
        </w:tc>
        <w:tc>
          <w:tcPr>
            <w:tcW w:w="5270" w:type="dxa"/>
          </w:tcPr>
          <w:p w14:paraId="4260BB63" w14:textId="77777777" w:rsidR="003F5DD1" w:rsidRDefault="005D44DB">
            <w:r>
              <w:t>____________________________________________________________</w:t>
            </w:r>
          </w:p>
        </w:tc>
      </w:tr>
    </w:tbl>
    <w:p w14:paraId="1D2A9707" w14:textId="77777777" w:rsidR="003F5DD1" w:rsidRDefault="003F5DD1"/>
    <w:p w14:paraId="05F0AB0F" w14:textId="77777777" w:rsidR="003F5DD1" w:rsidRDefault="005D44DB">
      <w:r>
        <w:rPr>
          <w:b/>
        </w:rPr>
        <w:t>Identificación de la iniciativa de inversión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39"/>
        <w:gridCol w:w="6791"/>
      </w:tblGrid>
      <w:tr w:rsidR="003F5DD1" w14:paraId="2FE6362B" w14:textId="77777777">
        <w:tc>
          <w:tcPr>
            <w:tcW w:w="5270" w:type="dxa"/>
          </w:tcPr>
          <w:p w14:paraId="7CDF04CF" w14:textId="77777777" w:rsidR="003F5DD1" w:rsidRDefault="005D44DB">
            <w:r>
              <w:t>Nombre del estudio / programa / proyecto:</w:t>
            </w:r>
          </w:p>
        </w:tc>
        <w:tc>
          <w:tcPr>
            <w:tcW w:w="5270" w:type="dxa"/>
          </w:tcPr>
          <w:p w14:paraId="12C87968" w14:textId="77777777" w:rsidR="003F5DD1" w:rsidRDefault="005D44DB">
            <w:r>
              <w:t>____________________________________________________________</w:t>
            </w:r>
          </w:p>
        </w:tc>
      </w:tr>
      <w:tr w:rsidR="003F5DD1" w14:paraId="2A842CFE" w14:textId="77777777">
        <w:tc>
          <w:tcPr>
            <w:tcW w:w="5270" w:type="dxa"/>
          </w:tcPr>
          <w:p w14:paraId="2DB8C99E" w14:textId="77777777" w:rsidR="003F5DD1" w:rsidRDefault="005D44DB">
            <w:r>
              <w:t>Código BIP (si corresponde):</w:t>
            </w:r>
          </w:p>
        </w:tc>
        <w:tc>
          <w:tcPr>
            <w:tcW w:w="5270" w:type="dxa"/>
          </w:tcPr>
          <w:p w14:paraId="251B7C81" w14:textId="77777777" w:rsidR="003F5DD1" w:rsidRDefault="005D44DB">
            <w:r>
              <w:t>____________________</w:t>
            </w:r>
          </w:p>
        </w:tc>
      </w:tr>
      <w:tr w:rsidR="003F5DD1" w14:paraId="6F6DAC02" w14:textId="77777777">
        <w:tc>
          <w:tcPr>
            <w:tcW w:w="5270" w:type="dxa"/>
          </w:tcPr>
          <w:p w14:paraId="2BBED4BB" w14:textId="77777777" w:rsidR="003F5DD1" w:rsidRDefault="005D44DB">
            <w:r>
              <w:t>Código INI (Municipal, si aplica):</w:t>
            </w:r>
          </w:p>
        </w:tc>
        <w:tc>
          <w:tcPr>
            <w:tcW w:w="5270" w:type="dxa"/>
          </w:tcPr>
          <w:p w14:paraId="52F3D636" w14:textId="77777777" w:rsidR="003F5DD1" w:rsidRDefault="005D44DB">
            <w:r>
              <w:t>____________________</w:t>
            </w:r>
          </w:p>
        </w:tc>
      </w:tr>
      <w:tr w:rsidR="003F5DD1" w14:paraId="361DA78F" w14:textId="77777777">
        <w:tc>
          <w:tcPr>
            <w:tcW w:w="5270" w:type="dxa"/>
          </w:tcPr>
          <w:p w14:paraId="5D6CB320" w14:textId="77777777" w:rsidR="003F5DD1" w:rsidRDefault="005D44DB">
            <w:r>
              <w:t>Etapa (diseño/ejecución/otros):</w:t>
            </w:r>
          </w:p>
        </w:tc>
        <w:tc>
          <w:tcPr>
            <w:tcW w:w="5270" w:type="dxa"/>
          </w:tcPr>
          <w:p w14:paraId="2E20A9C5" w14:textId="77777777" w:rsidR="003F5DD1" w:rsidRDefault="005D44DB">
            <w:r>
              <w:t>____________________</w:t>
            </w:r>
          </w:p>
        </w:tc>
      </w:tr>
      <w:tr w:rsidR="003F5DD1" w14:paraId="7226B390" w14:textId="77777777">
        <w:tc>
          <w:tcPr>
            <w:tcW w:w="5270" w:type="dxa"/>
          </w:tcPr>
          <w:p w14:paraId="2AB1ED3F" w14:textId="77777777" w:rsidR="003F5DD1" w:rsidRDefault="005D44DB">
            <w:r>
              <w:t>Convenio / fuente externa asociada (si aplica):</w:t>
            </w:r>
          </w:p>
        </w:tc>
        <w:tc>
          <w:tcPr>
            <w:tcW w:w="5270" w:type="dxa"/>
          </w:tcPr>
          <w:p w14:paraId="06E74AA1" w14:textId="77777777" w:rsidR="003F5DD1" w:rsidRDefault="005D44DB">
            <w:r>
              <w:t>____________________________________________________________</w:t>
            </w:r>
          </w:p>
        </w:tc>
      </w:tr>
    </w:tbl>
    <w:p w14:paraId="51C39A8A" w14:textId="77777777" w:rsidR="003F5DD1" w:rsidRDefault="003F5DD1"/>
    <w:p w14:paraId="580C8A74" w14:textId="77777777" w:rsidR="003F5DD1" w:rsidRDefault="005D44DB">
      <w:r>
        <w:rPr>
          <w:b/>
        </w:rPr>
        <w:t>Imputación presupuestaria y fuente de financiamiento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1"/>
        <w:gridCol w:w="5269"/>
      </w:tblGrid>
      <w:tr w:rsidR="003F5DD1" w14:paraId="57861225" w14:textId="77777777">
        <w:tc>
          <w:tcPr>
            <w:tcW w:w="5270" w:type="dxa"/>
          </w:tcPr>
          <w:p w14:paraId="74287AAD" w14:textId="77777777" w:rsidR="003F5DD1" w:rsidRDefault="005D44DB">
            <w:r>
              <w:t>Fuente de financiamiento (según presupuesto vigente):</w:t>
            </w:r>
          </w:p>
        </w:tc>
        <w:tc>
          <w:tcPr>
            <w:tcW w:w="5270" w:type="dxa"/>
          </w:tcPr>
          <w:p w14:paraId="4FF72653" w14:textId="77777777" w:rsidR="003F5DD1" w:rsidRDefault="005D44DB">
            <w:r>
              <w:t>__________________________________________</w:t>
            </w:r>
          </w:p>
        </w:tc>
      </w:tr>
      <w:tr w:rsidR="003F5DD1" w14:paraId="7BA3B3BE" w14:textId="77777777">
        <w:tc>
          <w:tcPr>
            <w:tcW w:w="5270" w:type="dxa"/>
          </w:tcPr>
          <w:p w14:paraId="4D730708" w14:textId="77777777" w:rsidR="003F5DD1" w:rsidRDefault="005D44DB">
            <w:r>
              <w:t>Subtítulo:</w:t>
            </w:r>
          </w:p>
        </w:tc>
        <w:tc>
          <w:tcPr>
            <w:tcW w:w="5270" w:type="dxa"/>
          </w:tcPr>
          <w:p w14:paraId="50E1A5D5" w14:textId="77777777" w:rsidR="003F5DD1" w:rsidRDefault="005D44DB">
            <w:r>
              <w:t>31</w:t>
            </w:r>
          </w:p>
        </w:tc>
      </w:tr>
      <w:tr w:rsidR="003F5DD1" w14:paraId="0A1013E0" w14:textId="77777777">
        <w:tc>
          <w:tcPr>
            <w:tcW w:w="5270" w:type="dxa"/>
          </w:tcPr>
          <w:p w14:paraId="52337848" w14:textId="77777777" w:rsidR="003F5DD1" w:rsidRDefault="005D44DB">
            <w:r>
              <w:t>Ítem:</w:t>
            </w:r>
          </w:p>
        </w:tc>
        <w:tc>
          <w:tcPr>
            <w:tcW w:w="5270" w:type="dxa"/>
          </w:tcPr>
          <w:p w14:paraId="1B9A5087" w14:textId="77777777" w:rsidR="003F5DD1" w:rsidRDefault="005D44DB">
            <w:r>
              <w:t>_____</w:t>
            </w:r>
          </w:p>
        </w:tc>
      </w:tr>
      <w:tr w:rsidR="003F5DD1" w14:paraId="36E965FD" w14:textId="77777777">
        <w:tc>
          <w:tcPr>
            <w:tcW w:w="5270" w:type="dxa"/>
          </w:tcPr>
          <w:p w14:paraId="25D74122" w14:textId="77777777" w:rsidR="003F5DD1" w:rsidRDefault="005D44DB">
            <w:r>
              <w:t>Asignación:</w:t>
            </w:r>
          </w:p>
        </w:tc>
        <w:tc>
          <w:tcPr>
            <w:tcW w:w="5270" w:type="dxa"/>
          </w:tcPr>
          <w:p w14:paraId="4DEA7723" w14:textId="77777777" w:rsidR="003F5DD1" w:rsidRDefault="005D44DB">
            <w:r>
              <w:t>_____</w:t>
            </w:r>
          </w:p>
        </w:tc>
      </w:tr>
      <w:tr w:rsidR="003F5DD1" w14:paraId="6361DF41" w14:textId="77777777">
        <w:tc>
          <w:tcPr>
            <w:tcW w:w="5270" w:type="dxa"/>
          </w:tcPr>
          <w:p w14:paraId="32FA6072" w14:textId="77777777" w:rsidR="003F5DD1" w:rsidRDefault="005D44DB">
            <w:r>
              <w:t>Subasignación (si aplica):</w:t>
            </w:r>
          </w:p>
        </w:tc>
        <w:tc>
          <w:tcPr>
            <w:tcW w:w="5270" w:type="dxa"/>
          </w:tcPr>
          <w:p w14:paraId="4A52BE78" w14:textId="77777777" w:rsidR="003F5DD1" w:rsidRDefault="005D44DB">
            <w:r>
              <w:t>_____</w:t>
            </w:r>
          </w:p>
        </w:tc>
      </w:tr>
      <w:tr w:rsidR="003F5DD1" w14:paraId="7336371B" w14:textId="77777777">
        <w:tc>
          <w:tcPr>
            <w:tcW w:w="5270" w:type="dxa"/>
          </w:tcPr>
          <w:p w14:paraId="3CBE9C67" w14:textId="77777777" w:rsidR="003F5DD1" w:rsidRDefault="005D44DB">
            <w:r>
              <w:t>Programa / Actividad (si aplica):</w:t>
            </w:r>
          </w:p>
        </w:tc>
        <w:tc>
          <w:tcPr>
            <w:tcW w:w="5270" w:type="dxa"/>
          </w:tcPr>
          <w:p w14:paraId="7782E272" w14:textId="77777777" w:rsidR="003F5DD1" w:rsidRDefault="005D44DB">
            <w:r>
              <w:t>__________________________________________</w:t>
            </w:r>
          </w:p>
        </w:tc>
      </w:tr>
    </w:tbl>
    <w:p w14:paraId="01ED0537" w14:textId="77777777" w:rsidR="003F5DD1" w:rsidRDefault="003F5DD1"/>
    <w:p w14:paraId="7CEDD2F0" w14:textId="77777777" w:rsidR="003F5DD1" w:rsidRDefault="005D44DB">
      <w:r>
        <w:rPr>
          <w:b/>
        </w:rPr>
        <w:t>Disponibilidad, máximo anual y compromisos futuros (en pesos)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4"/>
        <w:gridCol w:w="5266"/>
      </w:tblGrid>
      <w:tr w:rsidR="003F5DD1" w14:paraId="2236B4AA" w14:textId="77777777">
        <w:tc>
          <w:tcPr>
            <w:tcW w:w="5270" w:type="dxa"/>
          </w:tcPr>
          <w:p w14:paraId="4AC237BA" w14:textId="77777777" w:rsidR="003F5DD1" w:rsidRDefault="005D44DB">
            <w:r>
              <w:t>Monto total disponible (considera modificaciones presupuestarias)</w:t>
            </w:r>
          </w:p>
        </w:tc>
        <w:tc>
          <w:tcPr>
            <w:tcW w:w="5270" w:type="dxa"/>
          </w:tcPr>
          <w:p w14:paraId="17E0B2C4" w14:textId="77777777" w:rsidR="003F5DD1" w:rsidRDefault="005D44DB">
            <w:r>
              <w:t>$ ____________________</w:t>
            </w:r>
          </w:p>
        </w:tc>
      </w:tr>
      <w:tr w:rsidR="003F5DD1" w14:paraId="0F2B554E" w14:textId="77777777">
        <w:tc>
          <w:tcPr>
            <w:tcW w:w="5270" w:type="dxa"/>
          </w:tcPr>
          <w:p w14:paraId="27BD9EB9" w14:textId="77777777" w:rsidR="003F5DD1" w:rsidRDefault="005D44DB">
            <w:r>
              <w:t>Monto comprometido a la fecha (iniciativa / imputación indicada)</w:t>
            </w:r>
          </w:p>
        </w:tc>
        <w:tc>
          <w:tcPr>
            <w:tcW w:w="5270" w:type="dxa"/>
          </w:tcPr>
          <w:p w14:paraId="307EE531" w14:textId="77777777" w:rsidR="003F5DD1" w:rsidRDefault="005D44DB">
            <w:r>
              <w:t>$ ____________________</w:t>
            </w:r>
          </w:p>
        </w:tc>
      </w:tr>
      <w:tr w:rsidR="003F5DD1" w14:paraId="393284B6" w14:textId="77777777">
        <w:tc>
          <w:tcPr>
            <w:tcW w:w="5270" w:type="dxa"/>
          </w:tcPr>
          <w:p w14:paraId="0C745646" w14:textId="77777777" w:rsidR="003F5DD1" w:rsidRDefault="005D44DB">
            <w:r>
              <w:t>Monto que se compromete con este acto</w:t>
            </w:r>
          </w:p>
        </w:tc>
        <w:tc>
          <w:tcPr>
            <w:tcW w:w="5270" w:type="dxa"/>
          </w:tcPr>
          <w:p w14:paraId="661E7319" w14:textId="77777777" w:rsidR="003F5DD1" w:rsidRDefault="005D44DB">
            <w:r>
              <w:t>$ ____________________</w:t>
            </w:r>
          </w:p>
        </w:tc>
      </w:tr>
      <w:tr w:rsidR="003F5DD1" w14:paraId="41FB4EC5" w14:textId="77777777">
        <w:tc>
          <w:tcPr>
            <w:tcW w:w="5270" w:type="dxa"/>
          </w:tcPr>
          <w:p w14:paraId="621A12E8" w14:textId="77777777" w:rsidR="003F5DD1" w:rsidRDefault="005D44DB">
            <w:r>
              <w:t>Saldo disponible posterior al compromiso</w:t>
            </w:r>
          </w:p>
        </w:tc>
        <w:tc>
          <w:tcPr>
            <w:tcW w:w="5270" w:type="dxa"/>
          </w:tcPr>
          <w:p w14:paraId="1D54317D" w14:textId="77777777" w:rsidR="003F5DD1" w:rsidRDefault="005D44DB">
            <w:r>
              <w:t>$ ____________________</w:t>
            </w:r>
          </w:p>
        </w:tc>
      </w:tr>
      <w:tr w:rsidR="003F5DD1" w14:paraId="2616B222" w14:textId="77777777">
        <w:tc>
          <w:tcPr>
            <w:tcW w:w="5270" w:type="dxa"/>
          </w:tcPr>
          <w:p w14:paraId="6109A48B" w14:textId="77777777" w:rsidR="003F5DD1" w:rsidRDefault="005D44DB">
            <w:r>
              <w:t>Monto máximo imputable al año presupuestario vigente (límite anual)</w:t>
            </w:r>
          </w:p>
        </w:tc>
        <w:tc>
          <w:tcPr>
            <w:tcW w:w="5270" w:type="dxa"/>
          </w:tcPr>
          <w:p w14:paraId="49FA658D" w14:textId="77777777" w:rsidR="003F5DD1" w:rsidRDefault="005D44DB">
            <w:r>
              <w:t>$ ____________________</w:t>
            </w:r>
          </w:p>
        </w:tc>
      </w:tr>
      <w:tr w:rsidR="003F5DD1" w14:paraId="67607856" w14:textId="77777777">
        <w:tc>
          <w:tcPr>
            <w:tcW w:w="5270" w:type="dxa"/>
          </w:tcPr>
          <w:p w14:paraId="4FBC8902" w14:textId="77777777" w:rsidR="003F5DD1" w:rsidRDefault="005D44DB">
            <w:r>
              <w:t>Compromisos futuros que podría generar la iniciativa (años y montos)</w:t>
            </w:r>
          </w:p>
        </w:tc>
        <w:tc>
          <w:tcPr>
            <w:tcW w:w="5270" w:type="dxa"/>
          </w:tcPr>
          <w:p w14:paraId="0EE0F695" w14:textId="77777777" w:rsidR="003F5DD1" w:rsidRDefault="005D44DB">
            <w:r>
              <w:t>Año ____ : $________  |  Año ____ : $________  |  Año ____ : $________</w:t>
            </w:r>
          </w:p>
        </w:tc>
      </w:tr>
    </w:tbl>
    <w:p w14:paraId="7AF55CA5" w14:textId="77777777" w:rsidR="003F5DD1" w:rsidRDefault="003F5DD1"/>
    <w:p w14:paraId="31F02B3D" w14:textId="77777777" w:rsidR="003F5DD1" w:rsidRDefault="005D44DB">
      <w:r>
        <w:rPr>
          <w:b/>
        </w:rPr>
        <w:t>Observaciones adicionales (si corresponde)</w:t>
      </w:r>
    </w:p>
    <w:p w14:paraId="65B7A264" w14:textId="77777777" w:rsidR="003F5DD1" w:rsidRDefault="005D44DB">
      <w:r>
        <w:t>________________________________________________________________________________</w:t>
      </w:r>
    </w:p>
    <w:p w14:paraId="50DDD15C" w14:textId="6AA2488D" w:rsidR="003F5DD1" w:rsidRDefault="005D44DB">
      <w:r>
        <w:t>__</w:t>
      </w:r>
      <w:r>
        <w:t>______________________________________________________________________________</w:t>
      </w:r>
    </w:p>
    <w:p w14:paraId="42FF65B1" w14:textId="77777777" w:rsidR="009F36E7" w:rsidRDefault="009F36E7">
      <w:pPr>
        <w:rPr>
          <w:b/>
        </w:rPr>
      </w:pPr>
    </w:p>
    <w:p w14:paraId="68B59A00" w14:textId="6EC62827" w:rsidR="003F5DD1" w:rsidRDefault="005D44DB">
      <w:proofErr w:type="spellStart"/>
      <w:r>
        <w:rPr>
          <w:b/>
        </w:rPr>
        <w:lastRenderedPageBreak/>
        <w:t>Declaración</w:t>
      </w:r>
      <w:proofErr w:type="spellEnd"/>
    </w:p>
    <w:p w14:paraId="19E1DB34" w14:textId="77777777" w:rsidR="003F5DD1" w:rsidRDefault="005D44DB">
      <w:pPr>
        <w:spacing w:after="80"/>
      </w:pPr>
      <w:r>
        <w:t>Se certifica que existe disponibilidad presupuestaria suficiente para comprometer el gasto señalado en la imputación indicada, considerando el monto máximo imputable al año vigente y los compromisos futuros que pudiere generar la iniciativa, de conformidad al presupuesto vigente y a la normativa aplicable.</w:t>
      </w:r>
    </w:p>
    <w:p w14:paraId="08A30E45" w14:textId="77777777" w:rsidR="003F5DD1" w:rsidRDefault="005D44DB">
      <w:r>
        <w:rPr>
          <w:b/>
        </w:rPr>
        <w:t>Funcionario competente (emisor del CDP)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62"/>
        <w:gridCol w:w="5268"/>
      </w:tblGrid>
      <w:tr w:rsidR="003F5DD1" w14:paraId="77DBB0F1" w14:textId="77777777">
        <w:tc>
          <w:tcPr>
            <w:tcW w:w="5270" w:type="dxa"/>
          </w:tcPr>
          <w:p w14:paraId="72671F44" w14:textId="77777777" w:rsidR="003F5DD1" w:rsidRDefault="005D44DB">
            <w:r>
              <w:rPr>
                <w:sz w:val="20"/>
              </w:rPr>
              <w:t>Nombre</w:t>
            </w:r>
          </w:p>
        </w:tc>
        <w:tc>
          <w:tcPr>
            <w:tcW w:w="5270" w:type="dxa"/>
          </w:tcPr>
          <w:p w14:paraId="7927685D" w14:textId="77777777" w:rsidR="003F5DD1" w:rsidRDefault="005D44DB">
            <w:r>
              <w:rPr>
                <w:sz w:val="20"/>
              </w:rPr>
              <w:t>__________________________________________</w:t>
            </w:r>
          </w:p>
        </w:tc>
      </w:tr>
      <w:tr w:rsidR="003F5DD1" w14:paraId="0F00523F" w14:textId="77777777">
        <w:tc>
          <w:tcPr>
            <w:tcW w:w="5270" w:type="dxa"/>
          </w:tcPr>
          <w:p w14:paraId="422002D0" w14:textId="77777777" w:rsidR="003F5DD1" w:rsidRDefault="005D44DB">
            <w:r>
              <w:rPr>
                <w:sz w:val="20"/>
              </w:rPr>
              <w:t>Cargo</w:t>
            </w:r>
          </w:p>
        </w:tc>
        <w:tc>
          <w:tcPr>
            <w:tcW w:w="5270" w:type="dxa"/>
          </w:tcPr>
          <w:p w14:paraId="6118C9BD" w14:textId="77777777" w:rsidR="003F5DD1" w:rsidRDefault="005D44DB">
            <w:r>
              <w:rPr>
                <w:sz w:val="20"/>
              </w:rPr>
              <w:t>__________________________________________</w:t>
            </w:r>
          </w:p>
        </w:tc>
      </w:tr>
      <w:tr w:rsidR="003F5DD1" w14:paraId="359F1BB6" w14:textId="77777777">
        <w:tc>
          <w:tcPr>
            <w:tcW w:w="5270" w:type="dxa"/>
          </w:tcPr>
          <w:p w14:paraId="1A5FF4A9" w14:textId="77777777" w:rsidR="003F5DD1" w:rsidRDefault="005D44DB">
            <w:r>
              <w:rPr>
                <w:sz w:val="20"/>
              </w:rPr>
              <w:t>Calidad jurídica (planta/contrata; excepcionalmente honorarios si corresponde)</w:t>
            </w:r>
          </w:p>
        </w:tc>
        <w:tc>
          <w:tcPr>
            <w:tcW w:w="5270" w:type="dxa"/>
          </w:tcPr>
          <w:p w14:paraId="6E39AC97" w14:textId="77777777" w:rsidR="003F5DD1" w:rsidRDefault="005D44DB">
            <w:r>
              <w:rPr>
                <w:sz w:val="20"/>
              </w:rPr>
              <w:t>__________________________________________</w:t>
            </w:r>
          </w:p>
        </w:tc>
      </w:tr>
      <w:tr w:rsidR="003F5DD1" w14:paraId="0B424B23" w14:textId="77777777">
        <w:tc>
          <w:tcPr>
            <w:tcW w:w="5270" w:type="dxa"/>
          </w:tcPr>
          <w:p w14:paraId="33F6DC86" w14:textId="77777777" w:rsidR="003F5DD1" w:rsidRDefault="005D44DB">
            <w:r>
              <w:rPr>
                <w:sz w:val="20"/>
              </w:rPr>
              <w:t>Firma (física) o Firma Electrónica Avanzada (FEA)</w:t>
            </w:r>
          </w:p>
        </w:tc>
        <w:tc>
          <w:tcPr>
            <w:tcW w:w="5270" w:type="dxa"/>
          </w:tcPr>
          <w:p w14:paraId="300746D8" w14:textId="77777777" w:rsidR="003F5DD1" w:rsidRDefault="003F5DD1"/>
          <w:p w14:paraId="7EEF39BB" w14:textId="77777777" w:rsidR="009F36E7" w:rsidRDefault="009F36E7"/>
          <w:p w14:paraId="5C840DF2" w14:textId="77777777" w:rsidR="009F36E7" w:rsidRDefault="009F36E7"/>
          <w:p w14:paraId="1BBE8E78" w14:textId="77777777" w:rsidR="009F36E7" w:rsidRDefault="009F36E7"/>
          <w:p w14:paraId="6C327A41" w14:textId="77777777" w:rsidR="009F36E7" w:rsidRDefault="009F36E7"/>
          <w:p w14:paraId="0B794CFE" w14:textId="77777777" w:rsidR="009F36E7" w:rsidRDefault="009F36E7"/>
          <w:p w14:paraId="2076DE7E" w14:textId="5AC4CECC" w:rsidR="009F36E7" w:rsidRDefault="009F36E7"/>
        </w:tc>
      </w:tr>
    </w:tbl>
    <w:p w14:paraId="09493C82" w14:textId="77777777" w:rsidR="003F5DD1" w:rsidRDefault="005D44DB">
      <w:r>
        <w:rPr>
          <w:color w:val="5A5A5A"/>
          <w:sz w:val="18"/>
        </w:rPr>
        <w:t>Notas internas: (1) Este CDP debe adjuntarse como antecedente en Ventanilla Única cuando el acto irrogue gasto y sea sometido a control de legalidad. (2) Para Subtítulo 31, incluir identificación de la iniciativa (BIP o INI) y detallar el máximo anual y los compromisos futuros.</w:t>
      </w:r>
    </w:p>
    <w:sectPr w:rsidR="003F5DD1" w:rsidSect="009F36E7">
      <w:headerReference w:type="default" r:id="rId8"/>
      <w:pgSz w:w="12240" w:h="18720" w:code="14"/>
      <w:pgMar w:top="850" w:right="850" w:bottom="850" w:left="85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C773" w14:textId="77777777" w:rsidR="005D44DB" w:rsidRDefault="005D44DB" w:rsidP="009F36E7">
      <w:pPr>
        <w:spacing w:after="0" w:line="240" w:lineRule="auto"/>
      </w:pPr>
      <w:r>
        <w:separator/>
      </w:r>
    </w:p>
  </w:endnote>
  <w:endnote w:type="continuationSeparator" w:id="0">
    <w:p w14:paraId="57C7BE7B" w14:textId="77777777" w:rsidR="005D44DB" w:rsidRDefault="005D44DB" w:rsidP="009F3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318C" w14:textId="77777777" w:rsidR="005D44DB" w:rsidRDefault="005D44DB" w:rsidP="009F36E7">
      <w:pPr>
        <w:spacing w:after="0" w:line="240" w:lineRule="auto"/>
      </w:pPr>
      <w:r>
        <w:separator/>
      </w:r>
    </w:p>
  </w:footnote>
  <w:footnote w:type="continuationSeparator" w:id="0">
    <w:p w14:paraId="56971A75" w14:textId="77777777" w:rsidR="005D44DB" w:rsidRDefault="005D44DB" w:rsidP="009F3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8BE21" w14:textId="77777777" w:rsidR="009F36E7" w:rsidRDefault="009F36E7" w:rsidP="009F36E7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028F95" wp14:editId="144AFD74">
          <wp:simplePos x="0" y="0"/>
          <wp:positionH relativeFrom="page">
            <wp:posOffset>130266</wp:posOffset>
          </wp:positionH>
          <wp:positionV relativeFrom="paragraph">
            <wp:posOffset>-60292</wp:posOffset>
          </wp:positionV>
          <wp:extent cx="535475" cy="599808"/>
          <wp:effectExtent l="0" t="0" r="0" b="0"/>
          <wp:wrapNone/>
          <wp:docPr id="1882455036" name="Imagen 1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037002" name="Imagen 1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475" cy="599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REPÚBLICA DE CHILE</w:t>
    </w:r>
    <w:r w:rsidRPr="009F1AE4">
      <w:t xml:space="preserve"> </w:t>
    </w:r>
  </w:p>
  <w:p w14:paraId="5A92DD37" w14:textId="77777777" w:rsidR="009F36E7" w:rsidRDefault="009F36E7" w:rsidP="009F36E7">
    <w:pPr>
      <w:pStyle w:val="Encabezado"/>
    </w:pPr>
    <w:r>
      <w:t xml:space="preserve">      PROVINCIA DE TALCA</w:t>
    </w:r>
  </w:p>
  <w:p w14:paraId="4F3D701B" w14:textId="77777777" w:rsidR="009F36E7" w:rsidRDefault="009F36E7" w:rsidP="009F36E7">
    <w:pPr>
      <w:pStyle w:val="Encabezado"/>
    </w:pPr>
    <w:r>
      <w:t xml:space="preserve">      I.MUNICIPALIDAD DE CONSTITUCIÓN</w:t>
    </w:r>
  </w:p>
  <w:p w14:paraId="30A45C0D" w14:textId="77777777" w:rsidR="009F36E7" w:rsidRDefault="009F36E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5328552">
    <w:abstractNumId w:val="8"/>
  </w:num>
  <w:num w:numId="2" w16cid:durableId="504714625">
    <w:abstractNumId w:val="6"/>
  </w:num>
  <w:num w:numId="3" w16cid:durableId="1053850681">
    <w:abstractNumId w:val="5"/>
  </w:num>
  <w:num w:numId="4" w16cid:durableId="1012878884">
    <w:abstractNumId w:val="4"/>
  </w:num>
  <w:num w:numId="5" w16cid:durableId="1661958281">
    <w:abstractNumId w:val="7"/>
  </w:num>
  <w:num w:numId="6" w16cid:durableId="1145707945">
    <w:abstractNumId w:val="3"/>
  </w:num>
  <w:num w:numId="7" w16cid:durableId="226889306">
    <w:abstractNumId w:val="2"/>
  </w:num>
  <w:num w:numId="8" w16cid:durableId="2005427128">
    <w:abstractNumId w:val="1"/>
  </w:num>
  <w:num w:numId="9" w16cid:durableId="79622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289F"/>
    <w:rsid w:val="0015074B"/>
    <w:rsid w:val="0029639D"/>
    <w:rsid w:val="00326F90"/>
    <w:rsid w:val="003F5DD1"/>
    <w:rsid w:val="005D44DB"/>
    <w:rsid w:val="00741F21"/>
    <w:rsid w:val="007636B9"/>
    <w:rsid w:val="009F36E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5F376B"/>
  <w14:defaultImageDpi w14:val="300"/>
  <w15:docId w15:val="{AFB7B060-F16B-4AE8-B432-5A188D82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2761</Characters>
  <Application>Microsoft Office Word</Application>
  <DocSecurity>0</DocSecurity>
  <Lines>89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Carlos Valdés Rivas</cp:lastModifiedBy>
  <cp:revision>2</cp:revision>
  <dcterms:created xsi:type="dcterms:W3CDTF">2026-02-11T13:57:00Z</dcterms:created>
  <dcterms:modified xsi:type="dcterms:W3CDTF">2026-02-11T13:57:00Z</dcterms:modified>
  <cp:category/>
</cp:coreProperties>
</file>